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Megállapodás munkaviszony közös megegyezéssel történő megszüntetéséről</w:t>
      </w:r>
    </w:p>
    <w:p>
      <w:pPr>
        <w:spacing w:after="240"/>
        <w:jc w:val="both"/>
      </w:pPr>
      <w:r>
        <w:rPr>
          <w:rFonts w:ascii="Arial" w:hAnsi="Arial"/>
          <w:b w:val="0"/>
          <w:i/>
          <w:color w:val="5F6965"/>
          <w:sz w:val="19"/>
        </w:rPr>
        <w:t>A felek a munkaviszony befejezésének időpontját és minden kapcsolódó feltételt közösen, önkéntesen rögzítik.</w:t>
      </w:r>
    </w:p>
    <w:p>
      <w:pPr>
        <w:pStyle w:val="Heading1"/>
      </w:pPr>
      <w:r>
        <w:t>A felek adatai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Munkáltató neve, székhelye és adószáma: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Munkáltató képviselője: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Munkavállaló neve, születési helye és ideje: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Munkavállaló anyja neve és lakcíme: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A megállapodás tartalma</w:t>
      </w:r>
    </w:p>
    <w:p>
      <w:pPr>
        <w:jc w:val="both"/>
      </w:pPr>
      <w:r>
        <w:rPr>
          <w:rFonts w:ascii="Arial" w:hAnsi="Arial"/>
          <w:b w:val="0"/>
          <w:i w:val="0"/>
          <w:color w:val="000000"/>
          <w:sz w:val="21"/>
        </w:rPr>
        <w:t>A felek megállapodnak, hogy a közöttük [munkaviszony kezdete] napjától fennálló munkaviszony [munkaviszony utolsó napja] napján közös megegyezéssel megszűnik.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Utolsó munkában töltött nap: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Munkavégzés alóli mentesítés időszaka: </w:t>
      </w:r>
      <w:r>
        <w:rPr>
          <w:rFonts w:ascii="Arial" w:hAnsi="Arial"/>
          <w:b w:val="0"/>
          <w:i w:val="0"/>
          <w:color w:val="000000"/>
          <w:sz w:val="21"/>
        </w:rPr>
        <w:t>[ha van]</w:t>
      </w:r>
    </w:p>
    <w:p>
      <w:r>
        <w:br w:type="page"/>
      </w:r>
    </w:p>
    <w:p>
      <w:pPr>
        <w:pStyle w:val="Heading1"/>
      </w:pPr>
      <w:r>
        <w:t>Elszámolás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Munkabér és egyéb járandóságok: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Szabadság rendezése: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Megállapodás szerinti további kifizetés: </w:t>
      </w:r>
      <w:r>
        <w:rPr>
          <w:rFonts w:ascii="Arial" w:hAnsi="Arial"/>
          <w:b w:val="0"/>
          <w:i w:val="0"/>
          <w:color w:val="000000"/>
          <w:sz w:val="21"/>
        </w:rPr>
        <w:t>[ha van]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Kifizetés határideje és módja: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pStyle w:val="Heading1"/>
      </w:pPr>
      <w:r>
        <w:t>Átadás és további feltételek</w:t>
      </w:r>
    </w:p>
    <w:p>
      <w:pPr>
        <w:jc w:val="both"/>
      </w:pPr>
      <w:r>
        <w:rPr>
          <w:rFonts w:ascii="Arial" w:hAnsi="Arial"/>
          <w:b w:val="0"/>
          <w:i w:val="0"/>
          <w:color w:val="000000"/>
          <w:sz w:val="21"/>
        </w:rPr>
        <w:t>A munkavállaló a munkakörét, a folyamatban lévő feladatokat és a munkáltató tulajdonát képező eszközöket legkésőbb [dátum] napjáig, jegyzőkönyv szerint átadja.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Külön rögzített további feltételek: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 w:val="0"/>
          <w:i w:val="0"/>
          <w:color w:val="5F6965"/>
          <w:sz w:val="18"/>
        </w:rPr>
        <w:t>________________________________________________________________________________</w:t>
      </w:r>
    </w:p>
    <w:p>
      <w:pPr>
        <w:jc w:val="both"/>
      </w:pPr>
      <w:r>
        <w:rPr>
          <w:rFonts w:ascii="Arial" w:hAnsi="Arial"/>
          <w:b w:val="0"/>
          <w:i w:val="0"/>
          <w:color w:val="000000"/>
          <w:sz w:val="21"/>
        </w:rPr>
        <w:t>A felek kijelentik, hogy a megállapodás tartalmát elolvasták, megértették, és azt befolyásmentesen, akaratukkal mindenben megegyezően írják alá.</w:t>
      </w:r>
    </w:p>
    <w:p>
      <w:pPr>
        <w:spacing w:after="100"/>
      </w:pPr>
      <w:r>
        <w:rPr>
          <w:rFonts w:ascii="Arial" w:hAnsi="Arial"/>
          <w:b/>
          <w:i w:val="0"/>
          <w:color w:val="000000"/>
          <w:sz w:val="21"/>
        </w:rPr>
        <w:t xml:space="preserve">Keltezés helye és ideje: </w:t>
      </w:r>
      <w:r>
        <w:rPr>
          <w:rFonts w:ascii="Arial" w:hAnsi="Arial"/>
          <w:b w:val="0"/>
          <w:i w:val="0"/>
          <w:color w:val="000000"/>
          <w:sz w:val="21"/>
        </w:rPr>
        <w:t>[kitöltendő]</w:t>
      </w:r>
    </w:p>
    <w:p>
      <w:pPr>
        <w:tabs>
          <w:tab w:pos="4649" w:val="left"/>
        </w:tabs>
        <w:spacing w:before="360"/>
      </w:pPr>
      <w:r>
        <w:rPr>
          <w:rFonts w:ascii="Arial" w:hAnsi="Arial"/>
          <w:b w:val="0"/>
          <w:i w:val="0"/>
          <w:color w:val="000000"/>
          <w:sz w:val="19"/>
        </w:rPr>
        <w:t>____________________________</w:t>
        <w:tab/>
        <w:t>____________________________</w:t>
      </w:r>
    </w:p>
    <w:p>
      <w:pPr>
        <w:tabs>
          <w:tab w:pos="4649" w:val="left"/>
        </w:tabs>
      </w:pPr>
      <w:r>
        <w:rPr>
          <w:rFonts w:ascii="Arial" w:hAnsi="Arial"/>
          <w:b w:val="0"/>
          <w:i w:val="0"/>
          <w:color w:val="000000"/>
          <w:sz w:val="18"/>
        </w:rPr>
        <w:t>munkáltató</w:t>
        <w:tab/>
        <w:t>munkavállaló</w:t>
      </w:r>
    </w:p>
    <w:p>
      <w:pPr>
        <w:keepLines/>
        <w:spacing w:before="280"/>
      </w:pPr>
      <w:r>
        <w:rPr>
          <w:rFonts w:ascii="Arial" w:hAnsi="Arial"/>
          <w:b/>
          <w:i w:val="0"/>
          <w:color w:val="5F6965"/>
          <w:sz w:val="17"/>
        </w:rPr>
        <w:t xml:space="preserve">Fontos: </w:t>
      </w:r>
      <w:r>
        <w:rPr>
          <w:rFonts w:ascii="Arial" w:hAnsi="Arial"/>
          <w:b w:val="0"/>
          <w:i/>
          <w:color w:val="5F6965"/>
          <w:sz w:val="17"/>
        </w:rPr>
        <w:t>Közös megegyezésnél a felmondási idő és a végkielégítés nem jár automatikusan. Minden lényeges pénzügyi és egyéb feltételt kifejezetten rögzíteni kell.</w:t>
      </w:r>
    </w:p>
    <w:sectPr w:rsidR="00FC693F" w:rsidRPr="0006063C" w:rsidSect="00034616">
      <w:footerReference w:type="default" r:id="rId9"/>
      <w:pgSz w:w="12240" w:h="15840"/>
      <w:pgMar w:top="1191" w:right="1247" w:bottom="107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F6965"/>
        <w:sz w:val="16"/>
      </w:rPr>
      <w:t>Általános dokumentumminta  •  2026.1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6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Megállapodás munkaviszony közös megegyezéssel történő megszüntetéséről</dc:title>
  <dc:subject>Szerkeszthető magyar dokumentumminta</dc:subject>
  <dc:creator>SzámolóPont</dc:creator>
  <cp:keywords>dokumentumminta, szerkeszthető, magyar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