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Munkavállalói felmondás</w:t>
      </w:r>
    </w:p>
    <w:p>
      <w:pPr>
        <w:spacing w:after="240"/>
        <w:jc w:val="both"/>
      </w:pPr>
      <w:r>
        <w:rPr>
          <w:rFonts w:ascii="Arial" w:hAnsi="Arial"/>
          <w:b w:val="0"/>
          <w:i/>
          <w:color w:val="5F6965"/>
          <w:sz w:val="19"/>
        </w:rPr>
        <w:t>Határozatlan idejű munkaviszony munkavállalói felmondással történő megszüntetéséhez használható minta.</w:t>
      </w:r>
    </w:p>
    <w:p>
      <w:pPr>
        <w:pStyle w:val="Heading1"/>
      </w:pPr>
      <w:r>
        <w:t>Címzett munkáltató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Munkáltató neve: </w:t>
      </w:r>
      <w:r>
        <w:rPr>
          <w:rFonts w:ascii="Arial" w:hAnsi="Arial"/>
          <w:b w:val="0"/>
          <w:i w:val="0"/>
          <w:color w:val="000000"/>
          <w:sz w:val="21"/>
        </w:rPr>
        <w:t>[kitöltendő]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Székhelye: </w:t>
      </w:r>
      <w:r>
        <w:rPr>
          <w:rFonts w:ascii="Arial" w:hAnsi="Arial"/>
          <w:b w:val="0"/>
          <w:i w:val="0"/>
          <w:color w:val="000000"/>
          <w:sz w:val="21"/>
        </w:rPr>
        <w:t>[kitöltendő]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Munkáltatói jogkör gyakorlója: </w:t>
      </w:r>
      <w:r>
        <w:rPr>
          <w:rFonts w:ascii="Arial" w:hAnsi="Arial"/>
          <w:b w:val="0"/>
          <w:i w:val="0"/>
          <w:color w:val="000000"/>
          <w:sz w:val="21"/>
        </w:rPr>
        <w:t>[kitöltendő]</w:t>
      </w:r>
    </w:p>
    <w:p>
      <w:pPr>
        <w:pStyle w:val="Heading1"/>
      </w:pPr>
      <w:r>
        <w:t>Munkavállaló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Név: </w:t>
      </w:r>
      <w:r>
        <w:rPr>
          <w:rFonts w:ascii="Arial" w:hAnsi="Arial"/>
          <w:b w:val="0"/>
          <w:i w:val="0"/>
          <w:color w:val="000000"/>
          <w:sz w:val="21"/>
        </w:rPr>
        <w:t>[kitöltendő]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Lakcím: </w:t>
      </w:r>
      <w:r>
        <w:rPr>
          <w:rFonts w:ascii="Arial" w:hAnsi="Arial"/>
          <w:b w:val="0"/>
          <w:i w:val="0"/>
          <w:color w:val="000000"/>
          <w:sz w:val="21"/>
        </w:rPr>
        <w:t>[kitöltendő]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Munkakör: </w:t>
      </w:r>
      <w:r>
        <w:rPr>
          <w:rFonts w:ascii="Arial" w:hAnsi="Arial"/>
          <w:b w:val="0"/>
          <w:i w:val="0"/>
          <w:color w:val="000000"/>
          <w:sz w:val="21"/>
        </w:rPr>
        <w:t>[kitöltendő]</w:t>
      </w:r>
    </w:p>
    <w:p>
      <w:pPr>
        <w:pStyle w:val="Heading1"/>
      </w:pPr>
      <w:r>
        <w:t>Felmondó nyilatkozat</w:t>
      </w:r>
    </w:p>
    <w:p>
      <w:pPr>
        <w:jc w:val="both"/>
      </w:pPr>
      <w:r>
        <w:rPr>
          <w:rFonts w:ascii="Arial" w:hAnsi="Arial"/>
          <w:b w:val="0"/>
          <w:i w:val="0"/>
          <w:color w:val="000000"/>
          <w:sz w:val="21"/>
        </w:rPr>
        <w:t>Alulírott [munkavállaló neve] ezúton közlöm, hogy a közöttünk fennálló, határozatlan idejű munkaviszonyomat felmondással megszüntetem.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A felmondás közlésének napja: </w:t>
      </w:r>
      <w:r>
        <w:rPr>
          <w:rFonts w:ascii="Arial" w:hAnsi="Arial"/>
          <w:b w:val="0"/>
          <w:i w:val="0"/>
          <w:color w:val="000000"/>
          <w:sz w:val="21"/>
        </w:rPr>
        <w:t>[kitöltendő]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A felmondási idő hossza: </w:t>
      </w:r>
      <w:r>
        <w:rPr>
          <w:rFonts w:ascii="Arial" w:hAnsi="Arial"/>
          <w:b w:val="0"/>
          <w:i w:val="0"/>
          <w:color w:val="000000"/>
          <w:sz w:val="21"/>
        </w:rPr>
        <w:t>[például 30 nap]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A munkaviszony várható utolsó napja: </w:t>
      </w:r>
      <w:r>
        <w:rPr>
          <w:rFonts w:ascii="Arial" w:hAnsi="Arial"/>
          <w:b w:val="0"/>
          <w:i w:val="0"/>
          <w:color w:val="000000"/>
          <w:sz w:val="21"/>
        </w:rPr>
        <w:t>[kitöltendő]</w:t>
      </w:r>
    </w:p>
    <w:p>
      <w:pPr>
        <w:jc w:val="both"/>
      </w:pPr>
      <w:r>
        <w:rPr>
          <w:rFonts w:ascii="Arial" w:hAnsi="Arial"/>
          <w:b w:val="0"/>
          <w:i w:val="0"/>
          <w:color w:val="000000"/>
          <w:sz w:val="21"/>
        </w:rPr>
        <w:t>Kérem a munkakör átadásához szükséges egyeztetést, továbbá a munkaviszony megszűnésekor esedékes elszámolást, valamint a jogszabályban előírt igazolások kiadását.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Keltezés helye és ideje: </w:t>
      </w:r>
      <w:r>
        <w:rPr>
          <w:rFonts w:ascii="Arial" w:hAnsi="Arial"/>
          <w:b w:val="0"/>
          <w:i w:val="0"/>
          <w:color w:val="000000"/>
          <w:sz w:val="21"/>
        </w:rPr>
        <w:t>[kitöltendő]</w:t>
      </w:r>
    </w:p>
    <w:p>
      <w:pPr>
        <w:tabs>
          <w:tab w:pos="4649" w:val="left"/>
        </w:tabs>
        <w:spacing w:before="360"/>
      </w:pPr>
      <w:r>
        <w:rPr>
          <w:rFonts w:ascii="Arial" w:hAnsi="Arial"/>
          <w:b w:val="0"/>
          <w:i w:val="0"/>
          <w:color w:val="000000"/>
          <w:sz w:val="19"/>
        </w:rPr>
        <w:t>____________________________</w:t>
        <w:tab/>
        <w:t>____________________________</w:t>
      </w:r>
    </w:p>
    <w:p>
      <w:pPr>
        <w:tabs>
          <w:tab w:pos="4649" w:val="left"/>
        </w:tabs>
      </w:pPr>
      <w:r>
        <w:rPr>
          <w:rFonts w:ascii="Arial" w:hAnsi="Arial"/>
          <w:b w:val="0"/>
          <w:i w:val="0"/>
          <w:color w:val="000000"/>
          <w:sz w:val="18"/>
        </w:rPr>
        <w:t>munkavállaló aláírása</w:t>
        <w:tab/>
        <w:t>átvételt igazoló aláírás és dátum</w:t>
      </w:r>
    </w:p>
    <w:p>
      <w:pPr>
        <w:keepLines/>
        <w:spacing w:before="280"/>
      </w:pPr>
      <w:r>
        <w:rPr>
          <w:rFonts w:ascii="Arial" w:hAnsi="Arial"/>
          <w:b/>
          <w:i w:val="0"/>
          <w:color w:val="5F6965"/>
          <w:sz w:val="17"/>
        </w:rPr>
        <w:t xml:space="preserve">Fontos: </w:t>
      </w:r>
      <w:r>
        <w:rPr>
          <w:rFonts w:ascii="Arial" w:hAnsi="Arial"/>
          <w:b w:val="0"/>
          <w:i/>
          <w:color w:val="5F6965"/>
          <w:sz w:val="17"/>
        </w:rPr>
        <w:t>A minta határozatlan idejű munkaviszonyhoz készült. Határozott idejű munkaviszony munkavállalói felmondásához indokolás szükséges, ezért ahhoz egyedi ellenőrzés javasolt.</w:t>
      </w:r>
    </w:p>
    <w:sectPr w:rsidR="00FC693F" w:rsidRPr="0006063C" w:rsidSect="00034616">
      <w:footerReference w:type="default" r:id="rId9"/>
      <w:pgSz w:w="12240" w:h="15840"/>
      <w:pgMar w:top="1191" w:right="1247" w:bottom="1077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5F6965"/>
        <w:sz w:val="16"/>
      </w:rPr>
      <w:t>Általános dokumentumminta  •  2026.1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9" w:lineRule="auto"/>
    </w:pPr>
    <w:rPr>
      <w:rFonts w:ascii="Arial" w:hAnsi="Arial"/>
      <w:color w:val="00000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60" w:line="240" w:lineRule="auto"/>
      <w:contextualSpacing/>
    </w:pPr>
    <w:rPr>
      <w:rFonts w:asciiTheme="majorHAnsi" w:eastAsiaTheme="majorEastAsia" w:hAnsiTheme="majorHAnsi" w:cstheme="majorBidi" w:ascii="Georgia" w:hAnsi="Georgia"/>
      <w:b/>
      <w:color w:val="000000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Munkavállalói felmondás</dc:title>
  <dc:subject>Szerkeszthető magyar dokumentumminta</dc:subject>
  <dc:creator>SzámolóPont</dc:creator>
  <cp:keywords>dokumentumminta, szerkeszthető, magyar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